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FA78" w14:textId="77777777" w:rsidR="00182338" w:rsidRDefault="00182338">
      <w:pPr>
        <w:pStyle w:val="Heading1"/>
        <w:spacing w:before="0" w:after="120"/>
        <w:rPr>
          <w:rFonts w:ascii="Arial" w:eastAsia="Arial" w:hAnsi="Arial"/>
          <w:color w:val="005EB8"/>
          <w:sz w:val="44"/>
        </w:rPr>
      </w:pPr>
    </w:p>
    <w:p w14:paraId="609899DE" w14:textId="77777777" w:rsidR="00182338" w:rsidRDefault="00000000">
      <w:pPr>
        <w:pStyle w:val="Heading1"/>
        <w:spacing w:before="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44"/>
        </w:rPr>
        <w:t>North Central London Social Media Toolkit</w:t>
      </w:r>
    </w:p>
    <w:p w14:paraId="5953D667" w14:textId="77777777" w:rsidR="00182338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005517D2" w14:textId="77777777" w:rsidR="00182338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</w:rPr>
        <w:t>Toolkit Information</w:t>
      </w:r>
    </w:p>
    <w:p w14:paraId="5B7F8411" w14:textId="77777777" w:rsidR="00182338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Registration Link</w:t>
      </w:r>
    </w:p>
    <w:p w14:paraId="45FA6388" w14:textId="77777777" w:rsidR="00182338" w:rsidRDefault="00182338">
      <w:hyperlink r:id="rId8">
        <w:r>
          <w:rPr>
            <w:color w:val="0563C1"/>
            <w:u w:val="single"/>
          </w:rPr>
          <w:t>https://haringey.mydiabetes.com</w:t>
        </w:r>
      </w:hyperlink>
    </w:p>
    <w:p w14:paraId="31C93B17" w14:textId="77777777" w:rsidR="00182338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Contact</w:t>
      </w:r>
    </w:p>
    <w:p w14:paraId="0FEC9D4D" w14:textId="77777777" w:rsidR="00182338" w:rsidRDefault="00182338">
      <w:hyperlink r:id="rId9">
        <w:r>
          <w:rPr>
            <w:color w:val="0563C1"/>
            <w:u w:val="single"/>
          </w:rPr>
          <w:t>info@mwdh.co.uk</w:t>
        </w:r>
      </w:hyperlink>
    </w:p>
    <w:p w14:paraId="035B5271" w14:textId="77777777" w:rsidR="00182338" w:rsidRDefault="00000000">
      <w:pPr>
        <w:pStyle w:val="Heading3"/>
        <w:spacing w:before="160" w:after="120"/>
        <w:rPr>
          <w:color w:val="000000" w:themeColor="text1"/>
        </w:rPr>
      </w:pPr>
      <w:r>
        <w:rPr>
          <w:rFonts w:ascii="Arial" w:eastAsia="Arial" w:hAnsi="Arial"/>
          <w:color w:val="000000" w:themeColor="text1"/>
          <w:sz w:val="24"/>
        </w:rPr>
        <w:t>Language Matters Guidance</w:t>
      </w:r>
    </w:p>
    <w:p w14:paraId="617666C1" w14:textId="77777777" w:rsidR="00182338" w:rsidRDefault="00000000">
      <w:pPr>
        <w:spacing w:after="40"/>
      </w:pPr>
      <w:r>
        <w:rPr>
          <w:sz w:val="21"/>
        </w:rPr>
        <w:t>The captions have been developed using NHS and Language Matters guidance. If you choose to adapt the captions, we encourage you to review the latest guidance:</w:t>
      </w:r>
    </w:p>
    <w:p w14:paraId="1650F2AD" w14:textId="77777777" w:rsidR="00182338" w:rsidRDefault="00182338">
      <w:hyperlink r:id="rId10">
        <w:r>
          <w:rPr>
            <w:color w:val="0563C1"/>
            <w:u w:val="single"/>
          </w:rPr>
          <w:t>https://www.england.nhs.uk/long-read/language-matters-language-and-diabetes/</w:t>
        </w:r>
      </w:hyperlink>
    </w:p>
    <w:p w14:paraId="3A7A944A" w14:textId="77777777" w:rsidR="00182338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Using This Toolkit</w:t>
      </w:r>
    </w:p>
    <w:p w14:paraId="0B97B2A1" w14:textId="77777777" w:rsidR="00182338" w:rsidRDefault="00000000">
      <w:pPr>
        <w:spacing w:after="60"/>
        <w:ind w:left="288" w:hanging="288"/>
      </w:pPr>
      <w:r>
        <w:rPr>
          <w:sz w:val="21"/>
        </w:rPr>
        <w:t>• Please ensure the caption headline matches the headline shown on the graphic.</w:t>
      </w:r>
    </w:p>
    <w:p w14:paraId="55AC7280" w14:textId="77777777" w:rsidR="00182338" w:rsidRDefault="00000000">
      <w:pPr>
        <w:spacing w:after="60"/>
        <w:ind w:left="288" w:hanging="288"/>
      </w:pPr>
      <w:r>
        <w:rPr>
          <w:sz w:val="21"/>
        </w:rPr>
        <w:t>• Please use the North Central London registration link when publishing content.</w:t>
      </w:r>
    </w:p>
    <w:p w14:paraId="53B17230" w14:textId="77777777" w:rsidR="00182338" w:rsidRDefault="00000000">
      <w:pPr>
        <w:spacing w:after="60"/>
        <w:ind w:left="288" w:hanging="288"/>
      </w:pPr>
      <w:r>
        <w:rPr>
          <w:sz w:val="21"/>
        </w:rPr>
        <w:t>• You may wish to use all assets as part of a campaign or select the graphics that best reflect your local population.</w:t>
      </w:r>
    </w:p>
    <w:p w14:paraId="59768589" w14:textId="77777777" w:rsidR="00182338" w:rsidRDefault="00000000">
      <w:pPr>
        <w:spacing w:after="60"/>
        <w:ind w:left="288" w:hanging="288"/>
      </w:pPr>
      <w:r>
        <w:rPr>
          <w:sz w:val="21"/>
        </w:rPr>
        <w:t>• You are welcome to adapt the captions to suit your organisation's tone of voice and local communication channels.</w:t>
      </w:r>
    </w:p>
    <w:p w14:paraId="32EDBA67" w14:textId="77777777" w:rsidR="00182338" w:rsidRDefault="00000000">
      <w:pPr>
        <w:spacing w:before="120"/>
      </w:pPr>
      <w:r>
        <w:rPr>
          <w:color w:val="005EB8"/>
          <w:sz w:val="18"/>
        </w:rPr>
        <w:t>━━━━━━━━━━━━━━━━━━━━━━━━━━━━━━━━━━━━━━━━━━━━</w:t>
      </w:r>
    </w:p>
    <w:p w14:paraId="6514CEE4" w14:textId="77777777" w:rsidR="00182338" w:rsidRDefault="00000000">
      <w:pPr>
        <w:pStyle w:val="Heading2"/>
      </w:pPr>
      <w:r>
        <w:rPr>
          <w:color w:val="005EB8"/>
        </w:rPr>
        <w:t>Instructions</w:t>
      </w:r>
    </w:p>
    <w:p w14:paraId="6A51F9FC" w14:textId="77777777" w:rsidR="00182338" w:rsidRDefault="00000000">
      <w:r>
        <w:br/>
        <w:t>This pack contains social media graphics and suggested captions to help promote MyWay Diabetes to people living with diabetes in North Central London.</w:t>
      </w:r>
      <w:r>
        <w:br/>
      </w:r>
      <w:r>
        <w:br/>
        <w:t>The graphics have been designed to represent a diverse range of people and experiences. You may wish to use all assets as part of a campaign or select the graphics that best reflect your local population and communication objectives.</w:t>
      </w:r>
    </w:p>
    <w:p w14:paraId="65F02DBC" w14:textId="77777777" w:rsidR="00182338" w:rsidRDefault="00000000">
      <w:r>
        <w:t>Kind regards,</w:t>
      </w:r>
      <w:r>
        <w:br/>
      </w:r>
      <w:r>
        <w:br/>
        <w:t>The MyWay Diabetes Team</w:t>
      </w:r>
    </w:p>
    <w:p w14:paraId="4A17626F" w14:textId="77777777" w:rsidR="00182338" w:rsidRDefault="00182338">
      <w:hyperlink r:id="rId11" w:history="1">
        <w:r>
          <w:rPr>
            <w:rStyle w:val="Hyperlink"/>
          </w:rPr>
          <w:t>info@mwdh.co.uk</w:t>
        </w:r>
      </w:hyperlink>
    </w:p>
    <w:p w14:paraId="7E280DB1" w14:textId="77777777" w:rsidR="00182338" w:rsidRDefault="00000000">
      <w:r>
        <w:br w:type="page"/>
      </w:r>
    </w:p>
    <w:p w14:paraId="61A2498B" w14:textId="77777777" w:rsidR="00182338" w:rsidRDefault="00182338">
      <w:pPr>
        <w:pStyle w:val="Heading2"/>
        <w:spacing w:before="160" w:after="120"/>
        <w:rPr>
          <w:rFonts w:ascii="Arial" w:eastAsia="Arial" w:hAnsi="Arial"/>
          <w:color w:val="005EB8"/>
        </w:rPr>
      </w:pPr>
    </w:p>
    <w:p w14:paraId="29EC3848" w14:textId="77777777" w:rsidR="00182338" w:rsidRDefault="00000000">
      <w:pPr>
        <w:pStyle w:val="Heading2"/>
        <w:spacing w:before="160" w:after="120"/>
      </w:pPr>
      <w:r>
        <w:rPr>
          <w:rFonts w:ascii="Arial" w:eastAsia="Arial" w:hAnsi="Arial"/>
          <w:color w:val="005EB8"/>
        </w:rPr>
        <w:t>Social Media Captions</w:t>
      </w:r>
    </w:p>
    <w:p w14:paraId="6637F360" w14:textId="77777777" w:rsidR="00182338" w:rsidRDefault="00000000">
      <w:pPr>
        <w:spacing w:after="160"/>
      </w:pPr>
      <w:r>
        <w:rPr>
          <w:sz w:val="21"/>
        </w:rPr>
        <w:t>Each example graphic below is matched to the suggested caption that follows it.</w:t>
      </w:r>
    </w:p>
    <w:p w14:paraId="0B80A62F" w14:textId="77777777" w:rsidR="00182338" w:rsidRDefault="00182338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617419A9" w14:textId="77777777" w:rsidR="00182338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1 – Your diabetes information, in one place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182338" w14:paraId="0A9844ED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3E095843" w14:textId="77777777" w:rsidR="00182338" w:rsidRDefault="00000000">
            <w:r>
              <w:rPr>
                <w:noProof/>
              </w:rPr>
              <w:drawing>
                <wp:inline distT="0" distB="0" distL="0" distR="0" wp14:anchorId="6285D3F5" wp14:editId="43214315">
                  <wp:extent cx="2331720" cy="2914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MWD_North-Central-London-SM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078BE373" w14:textId="77777777" w:rsidR="00182338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1CA175D7" w14:textId="77777777" w:rsidR="00182338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Central London.</w:t>
            </w:r>
          </w:p>
          <w:p w14:paraId="79328262" w14:textId="77777777" w:rsidR="00182338" w:rsidRDefault="00000000">
            <w:pPr>
              <w:spacing w:after="100"/>
            </w:pPr>
            <w:r>
              <w:rPr>
                <w:sz w:val="20"/>
              </w:rPr>
              <w:t>You can access your diabetes information in one place, view your results over time and explore tools and resources to support your diabetes self-management.</w:t>
            </w:r>
          </w:p>
          <w:p w14:paraId="21C0DC2B" w14:textId="77777777" w:rsidR="00182338" w:rsidRDefault="00000000">
            <w:pPr>
              <w:spacing w:after="100"/>
            </w:pPr>
            <w:r>
              <w:rPr>
                <w:sz w:val="20"/>
              </w:rPr>
              <w:t>Available online whenever it suits you.</w:t>
            </w:r>
          </w:p>
          <w:p w14:paraId="7ECB2D1E" w14:textId="77777777" w:rsidR="00182338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538ECD63" w14:textId="77777777" w:rsidR="00182338" w:rsidRDefault="00182338">
            <w:pPr>
              <w:spacing w:after="100"/>
            </w:pPr>
            <w:hyperlink r:id="rId13">
              <w:r>
                <w:rPr>
                  <w:color w:val="0563C1"/>
                  <w:u w:val="single"/>
                </w:rPr>
                <w:t>https://haringey.mydiabetes.com</w:t>
              </w:r>
            </w:hyperlink>
          </w:p>
          <w:p w14:paraId="286A219D" w14:textId="77777777" w:rsidR="00182338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0E98F71E" w14:textId="77777777" w:rsidR="00182338" w:rsidRDefault="00000000">
      <w:r>
        <w:br w:type="page"/>
      </w:r>
    </w:p>
    <w:p w14:paraId="1D4CE429" w14:textId="77777777" w:rsidR="00182338" w:rsidRDefault="00182338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29D9BD75" w14:textId="77777777" w:rsidR="00182338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2 – Learn more about living with diabetes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182338" w14:paraId="0A23FE14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2145ECB3" w14:textId="77777777" w:rsidR="00182338" w:rsidRDefault="00000000">
            <w:r>
              <w:rPr>
                <w:noProof/>
              </w:rPr>
              <w:drawing>
                <wp:inline distT="0" distB="0" distL="0" distR="0" wp14:anchorId="6E1757BD" wp14:editId="108DE912">
                  <wp:extent cx="2331720" cy="2914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MWD_North-Central-London-SM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1296558A" w14:textId="77777777" w:rsidR="00182338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2C5C3FB0" w14:textId="77777777" w:rsidR="00182338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Central London.</w:t>
            </w:r>
          </w:p>
          <w:p w14:paraId="6A041163" w14:textId="77777777" w:rsidR="00182338" w:rsidRDefault="00000000">
            <w:pPr>
              <w:spacing w:after="100"/>
            </w:pPr>
            <w:r>
              <w:rPr>
                <w:sz w:val="20"/>
              </w:rPr>
              <w:t>Access free NHS-approved courses and resources designed to help you learn more about living with diabetes. Learn at your own pace, wherever and whenever it suits you.</w:t>
            </w:r>
          </w:p>
          <w:p w14:paraId="391BE3A0" w14:textId="77777777" w:rsidR="00182338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7DF830BC" w14:textId="77777777" w:rsidR="00182338" w:rsidRDefault="00182338">
            <w:pPr>
              <w:spacing w:after="100"/>
            </w:pPr>
            <w:hyperlink r:id="rId15">
              <w:r>
                <w:rPr>
                  <w:color w:val="0563C1"/>
                  <w:u w:val="single"/>
                </w:rPr>
                <w:t>https://haringey.mydiabetes.com</w:t>
              </w:r>
            </w:hyperlink>
          </w:p>
          <w:p w14:paraId="3572A4AB" w14:textId="77777777" w:rsidR="00182338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21D70375" w14:textId="77777777" w:rsidR="00182338" w:rsidRDefault="00000000">
      <w:r>
        <w:br w:type="page"/>
      </w:r>
    </w:p>
    <w:p w14:paraId="50AC7033" w14:textId="77777777" w:rsidR="00182338" w:rsidRDefault="00182338">
      <w:pPr>
        <w:pStyle w:val="Heading3"/>
        <w:spacing w:before="160" w:after="120"/>
        <w:rPr>
          <w:rFonts w:ascii="Arial" w:eastAsia="Arial" w:hAnsi="Arial"/>
          <w:color w:val="005EB8"/>
          <w:sz w:val="24"/>
        </w:rPr>
      </w:pPr>
    </w:p>
    <w:p w14:paraId="0259466C" w14:textId="77777777" w:rsidR="00182338" w:rsidRDefault="00000000">
      <w:pPr>
        <w:pStyle w:val="Heading3"/>
        <w:spacing w:before="160" w:after="120"/>
      </w:pPr>
      <w:r>
        <w:rPr>
          <w:rFonts w:ascii="Arial" w:eastAsia="Arial" w:hAnsi="Arial"/>
          <w:color w:val="005EB8"/>
          <w:sz w:val="24"/>
        </w:rPr>
        <w:t>Header 3 – Support beyond your appointments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6"/>
        <w:gridCol w:w="6048"/>
      </w:tblGrid>
      <w:tr w:rsidR="00182338" w14:paraId="070F7ECC" w14:textId="77777777"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</w:tcPr>
          <w:p w14:paraId="35EF544F" w14:textId="77777777" w:rsidR="00182338" w:rsidRDefault="00000000">
            <w:r>
              <w:rPr>
                <w:noProof/>
              </w:rPr>
              <w:drawing>
                <wp:inline distT="0" distB="0" distL="0" distR="0" wp14:anchorId="2F33114F" wp14:editId="552BDF43">
                  <wp:extent cx="2331720" cy="29146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-MWD_North-Central-London-SM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14:paraId="39822196" w14:textId="77777777" w:rsidR="00182338" w:rsidRDefault="00000000">
            <w:pPr>
              <w:spacing w:after="100"/>
            </w:pPr>
            <w:r>
              <w:rPr>
                <w:sz w:val="20"/>
              </w:rPr>
              <w:t>Living with diabetes?</w:t>
            </w:r>
          </w:p>
          <w:p w14:paraId="504F3B87" w14:textId="77777777" w:rsidR="00182338" w:rsidRDefault="00000000">
            <w:pPr>
              <w:spacing w:after="100"/>
            </w:pPr>
            <w:r>
              <w:rPr>
                <w:sz w:val="20"/>
              </w:rPr>
              <w:t>MyWay Diabetes is a free NHS-approved online service available to people living with diabetes in North Central London.</w:t>
            </w:r>
          </w:p>
          <w:p w14:paraId="0AAB8130" w14:textId="77777777" w:rsidR="00182338" w:rsidRDefault="00000000">
            <w:pPr>
              <w:spacing w:after="100"/>
            </w:pPr>
            <w:r>
              <w:rPr>
                <w:sz w:val="20"/>
              </w:rPr>
              <w:t>Access your diabetes information, tools and support online between appointments. Track your progress over time, set goals that matter to you and access trusted NHS-approved resources in one place.</w:t>
            </w:r>
          </w:p>
          <w:p w14:paraId="7087CB6D" w14:textId="77777777" w:rsidR="00182338" w:rsidRDefault="00000000">
            <w:pPr>
              <w:spacing w:after="100"/>
            </w:pPr>
            <w:r>
              <w:rPr>
                <w:sz w:val="20"/>
              </w:rPr>
              <w:t>Find out more and register today:</w:t>
            </w:r>
          </w:p>
          <w:p w14:paraId="24940F42" w14:textId="77777777" w:rsidR="00182338" w:rsidRDefault="00182338">
            <w:pPr>
              <w:spacing w:after="100"/>
            </w:pPr>
            <w:hyperlink r:id="rId17">
              <w:r>
                <w:rPr>
                  <w:color w:val="0563C1"/>
                  <w:u w:val="single"/>
                </w:rPr>
                <w:t>https://haringey.mydiabetes.com</w:t>
              </w:r>
            </w:hyperlink>
          </w:p>
          <w:p w14:paraId="5F1A17CA" w14:textId="77777777" w:rsidR="00182338" w:rsidRDefault="00000000">
            <w:pPr>
              <w:spacing w:after="100"/>
            </w:pPr>
            <w:r>
              <w:rPr>
                <w:sz w:val="20"/>
              </w:rPr>
              <w:t>#MyWayDiabetes #DiabetesSupport</w:t>
            </w:r>
          </w:p>
        </w:tc>
      </w:tr>
    </w:tbl>
    <w:p w14:paraId="7880067D" w14:textId="77777777" w:rsidR="00182338" w:rsidRDefault="00182338"/>
    <w:sectPr w:rsidR="00182338">
      <w:headerReference w:type="default" r:id="rId18"/>
      <w:footerReference w:type="default" r:id="rId1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B88DC" w14:textId="77777777" w:rsidR="008B6998" w:rsidRDefault="008B6998">
      <w:pPr>
        <w:spacing w:after="0" w:line="240" w:lineRule="auto"/>
      </w:pPr>
      <w:r>
        <w:separator/>
      </w:r>
    </w:p>
  </w:endnote>
  <w:endnote w:type="continuationSeparator" w:id="0">
    <w:p w14:paraId="4A9F9B60" w14:textId="77777777" w:rsidR="008B6998" w:rsidRDefault="008B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2840" w14:textId="77777777" w:rsidR="0061258C" w:rsidRDefault="00000000">
    <w:pPr>
      <w:pStyle w:val="Footer"/>
      <w:jc w:val="center"/>
    </w:pPr>
    <w:proofErr w:type="spellStart"/>
    <w:r>
      <w:rPr>
        <w:color w:val="646464"/>
        <w:sz w:val="16"/>
      </w:rPr>
      <w:t>MyWay</w:t>
    </w:r>
    <w:proofErr w:type="spellEnd"/>
    <w:r>
      <w:rPr>
        <w:color w:val="646464"/>
        <w:sz w:val="16"/>
      </w:rPr>
      <w:t xml:space="preserve"> Diabetes North Central London Social Media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9E16" w14:textId="77777777" w:rsidR="008B6998" w:rsidRDefault="008B6998">
      <w:pPr>
        <w:spacing w:after="0" w:line="240" w:lineRule="auto"/>
      </w:pPr>
      <w:r>
        <w:separator/>
      </w:r>
    </w:p>
  </w:footnote>
  <w:footnote w:type="continuationSeparator" w:id="0">
    <w:p w14:paraId="553ACA04" w14:textId="77777777" w:rsidR="008B6998" w:rsidRDefault="008B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F146" w14:textId="77777777" w:rsidR="0061258C" w:rsidRDefault="00000000">
    <w:pPr>
      <w:pStyle w:val="Header"/>
    </w:pPr>
    <w:r>
      <w:rPr>
        <w:noProof/>
      </w:rPr>
      <w:drawing>
        <wp:inline distT="0" distB="0" distL="0" distR="0" wp14:anchorId="50BF3647" wp14:editId="529231CF">
          <wp:extent cx="1600200" cy="214426"/>
          <wp:effectExtent l="0" t="0" r="0" b="0"/>
          <wp:docPr id="539309709" name="Picture 539309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D_logo-horizontal-colo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21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3899925">
    <w:abstractNumId w:val="8"/>
  </w:num>
  <w:num w:numId="2" w16cid:durableId="1375694513">
    <w:abstractNumId w:val="6"/>
  </w:num>
  <w:num w:numId="3" w16cid:durableId="186019871">
    <w:abstractNumId w:val="5"/>
  </w:num>
  <w:num w:numId="4" w16cid:durableId="366567910">
    <w:abstractNumId w:val="4"/>
  </w:num>
  <w:num w:numId="5" w16cid:durableId="1756592598">
    <w:abstractNumId w:val="7"/>
  </w:num>
  <w:num w:numId="6" w16cid:durableId="1676106278">
    <w:abstractNumId w:val="3"/>
  </w:num>
  <w:num w:numId="7" w16cid:durableId="1371879845">
    <w:abstractNumId w:val="2"/>
  </w:num>
  <w:num w:numId="8" w16cid:durableId="775559742">
    <w:abstractNumId w:val="1"/>
  </w:num>
  <w:num w:numId="9" w16cid:durableId="83449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338"/>
    <w:rsid w:val="0029639D"/>
    <w:rsid w:val="00326F90"/>
    <w:rsid w:val="00542A49"/>
    <w:rsid w:val="0061258C"/>
    <w:rsid w:val="008B6998"/>
    <w:rsid w:val="009422EA"/>
    <w:rsid w:val="00965F7C"/>
    <w:rsid w:val="009C237C"/>
    <w:rsid w:val="009D682B"/>
    <w:rsid w:val="00A61E13"/>
    <w:rsid w:val="00AA1D8D"/>
    <w:rsid w:val="00AD48C4"/>
    <w:rsid w:val="00B47730"/>
    <w:rsid w:val="00C23FED"/>
    <w:rsid w:val="00CB0664"/>
    <w:rsid w:val="00E858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47026B"/>
  <w14:defaultImageDpi w14:val="300"/>
  <w15:docId w15:val="{A20E3670-A493-674A-9208-5D852ADC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42A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ingey.mydiabetes.com" TargetMode="External"/><Relationship Id="rId13" Type="http://schemas.openxmlformats.org/officeDocument/2006/relationships/hyperlink" Target="https://haringey.mydiabetes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haringey.mydiabetes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wdh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ingey.mydiabetes.com" TargetMode="External"/><Relationship Id="rId10" Type="http://schemas.openxmlformats.org/officeDocument/2006/relationships/hyperlink" Target="https://www.england.nhs.uk/long-read/language-matters-language-and-diabete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mwdh.co.uk" TargetMode="External"/><Relationship Id="rId14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2477</Characters>
  <Application>Microsoft Office Word</Application>
  <DocSecurity>0</DocSecurity>
  <Lines>76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Paulos</cp:lastModifiedBy>
  <cp:revision>2</cp:revision>
  <dcterms:created xsi:type="dcterms:W3CDTF">2026-06-24T11:45:00Z</dcterms:created>
  <dcterms:modified xsi:type="dcterms:W3CDTF">2026-06-24T11:45:00Z</dcterms:modified>
  <cp:category/>
</cp:coreProperties>
</file>