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Arial" w:hAnsi="Arial"/>
          <w:sz w:val="32"/>
        </w:rPr>
        <w:t>MyWay Diabetes Somerset - Patient Outreach Pack</w:t>
      </w:r>
    </w:p>
    <w:p>
      <w:r>
        <w:rPr>
          <w:b/>
        </w:rPr>
        <w:t>SMS Template 1 – Standard Practice Invitation</w:t>
      </w:r>
    </w:p>
    <w:p>
      <w:r>
        <w:t>Dear &lt;Name&gt;, your GP practice would like to let you know about MyWay Diabetes, a free online service for people living with diabetes in Somerset. Access health information, NHS-approved courses and support in one place. Register at somerset.mydiabetes.com</w:t>
      </w:r>
    </w:p>
    <w:p>
      <w:r>
        <w:rPr>
          <w:b/>
        </w:rPr>
        <w:t>SMS Template 2 – Short Version</w:t>
      </w:r>
    </w:p>
    <w:p>
      <w:r>
        <w:t>MyWay Diabetes is a free online service for people living with diabetes. Access health information, NHS-approved courses and support. Register at somerset.mydiabetes.com</w:t>
      </w:r>
    </w:p>
    <w:p>
      <w:r>
        <w:rPr>
          <w:b/>
        </w:rPr>
        <w:t>SMS Template 3 – Reminder Message</w:t>
      </w:r>
    </w:p>
    <w:p>
      <w:r>
        <w:t>A reminder from your GP practice about MyWay Diabetes. Access NHS-approved courses, support and your diabetes health information. Register at somerset.mydiabetes.com</w:t>
      </w:r>
    </w:p>
    <w:p>
      <w:r>
        <w:rPr>
          <w:b/>
        </w:rPr>
        <w:t>SMS Template 4 – Education Focused</w:t>
      </w:r>
    </w:p>
    <w:p>
      <w:r>
        <w:t>Looking for trusted information about diabetes? MyWay Diabetes offers NHS-approved courses and resources to support your diabetes self-management. Register at somerset.mydiabetes.com</w:t>
      </w:r>
    </w:p>
    <w:p>
      <w:r>
        <w:br w:type="page"/>
      </w:r>
    </w:p>
    <w:p>
      <w:r>
        <w:rPr>
          <w:b/>
        </w:rPr>
        <w:t>Patient Email Template</w:t>
      </w:r>
    </w:p>
    <w:p>
      <w:r>
        <w:rPr>
          <w:b/>
        </w:rPr>
        <w:t xml:space="preserve">Subject: </w:t>
      </w:r>
      <w:r>
        <w:t>MyWay Diabetes: Education, tools and support to help you manage your diabetes</w:t>
      </w:r>
    </w:p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Somerset.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rPr>
          <w:b/>
        </w:rPr>
        <w:t>To register, visit:</w:t>
      </w:r>
    </w:p>
    <w:p>
      <w:hyperlink r:id="rId9">
        <w:r>
          <w:rPr>
            <w:color w:val="0563C1"/>
            <w:u w:val="single"/>
          </w:rPr>
          <w:t>somerset.mydiabetes.com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more, please contact the MyWay Diabetes team at:</w:t>
      </w:r>
    </w:p>
    <w:p>
      <w:hyperlink r:id="rId10">
        <w:r>
          <w:rPr>
            <w:color w:val="0563C1"/>
            <w:u w:val="single"/>
          </w:rPr>
          <w:t>somerset@mwdh.co.uk</w:t>
        </w:r>
      </w:hyperlink>
    </w:p>
    <w:p>
      <w:r>
        <w:t>Kind regards,</w:t>
        <w:br/>
        <w:br/>
        <w:t>&lt;GP 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merset.mydiabetes.com" TargetMode="External"/><Relationship Id="rId10" Type="http://schemas.openxmlformats.org/officeDocument/2006/relationships/hyperlink" Target="mailto:somerset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